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b/>
          <w:color w:val="B33A21"/>
          <w:sz w:val="20"/>
        </w:rPr>
        <w:t>FOR IMMEDIATE RELEASE</w:t>
      </w:r>
    </w:p>
    <w:p>
      <w:pPr>
        <w:pStyle w:val="Heading1"/>
      </w:pPr>
      <w:r>
        <w:t>DIRTNAP turns every match into a collapsing battlefield - 1-10 players, fully destructible terrain, and a shovel with a grudge</w:t>
      </w:r>
    </w:p>
    <w:p>
      <w:pPr>
        <w:spacing w:after="280"/>
      </w:pPr>
      <w:r>
        <w:rPr>
          <w:b/>
          <w:sz w:val="24"/>
        </w:rPr>
        <w:t>The fast-paced arena shooter where you dig the trap, collapse the cover, and put your friends in the ground is now available to wishlist on Steam.</w:t>
      </w:r>
    </w:p>
    <w:p>
      <w:pPr>
        <w:spacing w:after="160"/>
      </w:pPr>
      <w:r>
        <w:rPr>
          <w:b w:val="0"/>
        </w:rPr>
        <w:t>Finland - July 24, 2026 - Indie studios Part Time Monkey, Unstable Entity and Nitroyale today announced DIRTNAP, a fast 1-10 player combat game where every tunnel, crater and firing line is carved into fully destructible, procedurally generated terrain. DIRTNAP is available to wishlist now on Steam, alongside a brand-new gameplay trailer.</w:t>
      </w:r>
    </w:p>
    <w:p>
      <w:pPr>
        <w:spacing w:after="160"/>
      </w:pPr>
      <w:r>
        <w:rPr>
          <w:b w:val="0"/>
        </w:rPr>
        <w:t>In DIRTNAP the map is the weapon. Dig a tunnel under the fight, collapse an enemy's cover, or blast a fresh firing line straight through solid ground - while water, mud, lava and fire quietly turn yesterday's safe route into today's grave. Matches are fast to start, impossible to predict, and built for "just one more round."</w:t>
      </w:r>
    </w:p>
    <w:p>
      <w:pPr>
        <w:spacing w:after="240"/>
      </w:pPr>
      <w:r>
        <w:rPr>
          <w:b w:val="0"/>
        </w:rPr>
        <w:t>Battle online over Steam or on a local LAN, in any mix of humans and bots, across four hazard-filled biomes. Rally your Dirtlings, pick your rules, and start digging. And you don't need a monster PC for this war - as the team puts it, almost any old potato will grow just fine in the dirt.</w:t>
      </w:r>
    </w:p>
    <w:p>
      <w:pPr>
        <w:spacing w:after="160"/>
      </w:pPr>
      <w:r>
        <w:rPr>
          <w:b/>
          <w:sz w:val="24"/>
        </w:rPr>
        <w:t>Key features</w:t>
      </w:r>
    </w:p>
    <w:p>
      <w:pPr>
        <w:pStyle w:val="ListBullet"/>
      </w:pPr>
      <w:r>
        <w:t>Every map is a weapon - fully destructible, procedurally generated terrain that reshapes in real time; water, mud, lava and fire spread and react.</w:t>
      </w:r>
    </w:p>
    <w:p>
      <w:pPr>
        <w:pStyle w:val="ListBullet"/>
      </w:pPr>
      <w:r>
        <w:t>1-10 players, online or LAN, humans and bots in any mix.</w:t>
      </w:r>
    </w:p>
    <w:p>
      <w:pPr>
        <w:pStyle w:val="ListBullet"/>
      </w:pPr>
      <w:r>
        <w:t>30-plus weapons and brutal melee - every explosive rearranges the ground.</w:t>
      </w:r>
    </w:p>
    <w:p>
      <w:pPr>
        <w:pStyle w:val="ListBullet"/>
      </w:pPr>
      <w:r>
        <w:t>Seven Dirtling classes, each with its own melee weapon and abilities.</w:t>
      </w:r>
    </w:p>
    <w:p>
      <w:pPr>
        <w:pStyle w:val="ListBullet"/>
      </w:pPr>
      <w:r>
        <w:t>Five ways to fight: Deathmatch, Team DM, Battle Royale, Capture the Flag, and a four-round Tournament with catch-up points.</w:t>
      </w:r>
    </w:p>
    <w:p>
      <w:pPr>
        <w:pStyle w:val="ListBullet"/>
      </w:pPr>
      <w:r>
        <w:t>Four biomes, each with its own hazards and look.</w:t>
      </w:r>
    </w:p>
    <w:p>
      <w:pPr>
        <w:pStyle w:val="ListBullet"/>
      </w:pPr>
      <w:r>
        <w:t>Runs on a potato - native Windows and Linux.</w:t>
      </w:r>
    </w:p>
    <w:p>
      <w:pPr>
        <w:spacing w:before="200" w:after="240"/>
      </w:pPr>
      <w:r>
        <w:rPr>
          <w:i/>
        </w:rPr>
        <w:t>"We wanted a shooter where the ground itself is your best friend and your worst enemy. Every match writes its own story - a surprise tunnel, a collapsing ceiling, a win stolen from an impossible spot. And we built it so you can play with your friends on whatever machine you have already got." - The DIRTNAP team</w:t>
      </w:r>
    </w:p>
    <w:p>
      <w:pPr>
        <w:spacing w:after="80"/>
      </w:pPr>
      <w:r>
        <w:rPr>
          <w:b/>
          <w:sz w:val="24"/>
        </w:rPr>
        <w:t>Availability</w:t>
      </w:r>
    </w:p>
    <w:p>
      <w:pPr>
        <w:spacing w:after="240"/>
      </w:pPr>
      <w:r>
        <w:rPr>
          <w:b w:val="0"/>
        </w:rPr>
        <w:t>DIRTNAP releases in August 2026 on Windows and Linux, and is available to wishlist on Steam now. Join the official Discord for development news, playtests and players to bury.</w:t>
      </w:r>
    </w:p>
    <w:p>
      <w:pPr>
        <w:spacing w:after="80"/>
      </w:pPr>
      <w:r>
        <w:rPr>
          <w:b/>
          <w:sz w:val="24"/>
        </w:rPr>
        <w:t>Links</w:t>
      </w:r>
    </w:p>
    <w:p>
      <w:pPr>
        <w:pStyle w:val="ListBullet"/>
      </w:pPr>
      <w:r>
        <w:t>Steam: https://store.steampowered.com/app/4956300/Dirtnap/</w:t>
      </w:r>
    </w:p>
    <w:p>
      <w:pPr>
        <w:pStyle w:val="ListBullet"/>
      </w:pPr>
      <w:r>
        <w:t>Trailer: https://youtu.be/t3EVJtMjT0k</w:t>
      </w:r>
    </w:p>
    <w:p>
      <w:pPr>
        <w:pStyle w:val="ListBullet"/>
      </w:pPr>
      <w:r>
        <w:t>Press kit: https://dirtnapgame.com/press</w:t>
      </w:r>
    </w:p>
    <w:p>
      <w:pPr>
        <w:pStyle w:val="ListBullet"/>
      </w:pPr>
      <w:r>
        <w:t>Discord: https://discord.gg/tnVSSbY25</w:t>
      </w:r>
    </w:p>
    <w:p>
      <w:pPr>
        <w:spacing w:after="80"/>
      </w:pPr>
      <w:r>
        <w:rPr>
          <w:b/>
          <w:sz w:val="24"/>
        </w:rPr>
        <w:t>About the developers</w:t>
      </w:r>
    </w:p>
    <w:p>
      <w:pPr>
        <w:spacing w:after="240"/>
      </w:pPr>
      <w:r>
        <w:rPr>
          <w:b w:val="0"/>
        </w:rPr>
        <w:t>DIRTNAP is made by Part Time Monkey, Unstable Entity and Nitroyale - a small Finland-based indie collective building the game together and playing it at real LAN parties along the way.</w:t>
      </w:r>
    </w:p>
    <w:p>
      <w:pPr>
        <w:spacing w:after="80"/>
      </w:pPr>
      <w:r>
        <w:rPr>
          <w:b/>
          <w:sz w:val="24"/>
        </w:rPr>
        <w:t>Press contact</w:t>
      </w:r>
    </w:p>
    <w:p>
      <w:pPr>
        <w:spacing w:after="160"/>
      </w:pPr>
      <w:r>
        <w:rPr>
          <w:b w:val="0"/>
        </w:rPr>
        <w:t>press@unstableentity.com</w:t>
      </w:r>
    </w:p>
    <w:p>
      <w:pPr>
        <w:spacing w:after="160"/>
      </w:pPr>
      <w:r>
        <w:rPr>
          <w:b w:val="0"/>
        </w:rPr>
        <w:t>Review keys and preview builds available on request.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